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5C74F" w14:textId="77777777" w:rsidR="00932D69" w:rsidRPr="005347A3" w:rsidRDefault="005A495F" w:rsidP="005347A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347A3">
        <w:rPr>
          <w:rFonts w:asciiTheme="majorBidi" w:hAnsiTheme="majorBidi" w:cstheme="majorBidi"/>
          <w:b/>
          <w:bCs/>
          <w:sz w:val="28"/>
          <w:szCs w:val="28"/>
        </w:rPr>
        <w:t>SURAT KETERANGAN</w:t>
      </w:r>
      <w:r w:rsidR="005347A3" w:rsidRPr="005347A3">
        <w:rPr>
          <w:rFonts w:asciiTheme="majorBidi" w:hAnsiTheme="majorBidi" w:cstheme="majorBidi"/>
          <w:b/>
          <w:bCs/>
          <w:sz w:val="28"/>
          <w:szCs w:val="28"/>
        </w:rPr>
        <w:t xml:space="preserve"> PERINGKAT</w:t>
      </w:r>
    </w:p>
    <w:p w14:paraId="47CC28CB" w14:textId="77777777" w:rsidR="00932D69" w:rsidRPr="005347A3" w:rsidRDefault="005A495F" w:rsidP="005347A3">
      <w:pPr>
        <w:ind w:left="1843"/>
        <w:rPr>
          <w:rFonts w:asciiTheme="majorBidi" w:hAnsiTheme="majorBidi" w:cstheme="majorBidi"/>
          <w:sz w:val="24"/>
          <w:szCs w:val="24"/>
        </w:rPr>
      </w:pPr>
      <w:proofErr w:type="spellStart"/>
      <w:r w:rsidRPr="005347A3">
        <w:rPr>
          <w:rFonts w:asciiTheme="majorBidi" w:hAnsiTheme="majorBidi" w:cstheme="majorBidi"/>
          <w:sz w:val="24"/>
          <w:szCs w:val="24"/>
        </w:rPr>
        <w:t>Nomor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: </w:t>
      </w:r>
      <w:r w:rsidR="005347A3">
        <w:rPr>
          <w:rFonts w:asciiTheme="majorBidi" w:hAnsiTheme="majorBidi" w:cstheme="majorBidi"/>
          <w:sz w:val="24"/>
          <w:szCs w:val="24"/>
        </w:rPr>
        <w:t>………………………………………</w:t>
      </w:r>
      <w:proofErr w:type="gramStart"/>
      <w:r w:rsidR="005347A3">
        <w:rPr>
          <w:rFonts w:asciiTheme="majorBidi" w:hAnsiTheme="majorBidi" w:cstheme="majorBidi"/>
          <w:sz w:val="24"/>
          <w:szCs w:val="24"/>
        </w:rPr>
        <w:t>…..</w:t>
      </w:r>
      <w:proofErr w:type="gramEnd"/>
    </w:p>
    <w:p w14:paraId="7E45E0C3" w14:textId="77777777" w:rsidR="00932D69" w:rsidRDefault="005A495F">
      <w:pPr>
        <w:rPr>
          <w:rFonts w:asciiTheme="majorBidi" w:hAnsiTheme="majorBidi" w:cstheme="majorBidi"/>
          <w:sz w:val="24"/>
          <w:szCs w:val="24"/>
        </w:rPr>
      </w:pPr>
      <w:r w:rsidRPr="005347A3">
        <w:rPr>
          <w:rFonts w:asciiTheme="majorBidi" w:hAnsiTheme="majorBidi" w:cstheme="majorBidi"/>
          <w:sz w:val="24"/>
          <w:szCs w:val="24"/>
        </w:rPr>
        <w:br/>
        <w:t xml:space="preserve">Yang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bertanda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tangan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>:</w:t>
      </w:r>
    </w:p>
    <w:p w14:paraId="59CCA40E" w14:textId="77777777" w:rsidR="005347A3" w:rsidRDefault="005347A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 </w:t>
      </w:r>
      <w:bookmarkStart w:id="0" w:name="_Hlk206574026"/>
      <w:r>
        <w:rPr>
          <w:rFonts w:asciiTheme="majorBidi" w:hAnsiTheme="majorBidi" w:cstheme="majorBidi"/>
          <w:sz w:val="24"/>
          <w:szCs w:val="24"/>
        </w:rPr>
        <w:t>……………………………………………</w:t>
      </w:r>
      <w:bookmarkEnd w:id="0"/>
    </w:p>
    <w:p w14:paraId="1ABE99CF" w14:textId="77777777" w:rsidR="005347A3" w:rsidRDefault="005347A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 ……………………………………………</w:t>
      </w:r>
    </w:p>
    <w:p w14:paraId="1D1F632F" w14:textId="77777777" w:rsidR="005347A3" w:rsidRPr="005347A3" w:rsidRDefault="005347A3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Jabatan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 </w:t>
      </w:r>
      <w:proofErr w:type="spellStart"/>
      <w:r>
        <w:rPr>
          <w:rFonts w:asciiTheme="majorBidi" w:hAnsiTheme="majorBidi" w:cstheme="majorBidi"/>
          <w:sz w:val="24"/>
          <w:szCs w:val="24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</w:rPr>
        <w:t>/Madrasah</w:t>
      </w:r>
    </w:p>
    <w:p w14:paraId="582CB267" w14:textId="63A8B97C" w:rsidR="00932D69" w:rsidRPr="005347A3" w:rsidRDefault="00836064" w:rsidP="005347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347A3">
        <w:rPr>
          <w:rFonts w:asciiTheme="majorBidi" w:hAnsiTheme="majorBidi" w:cstheme="majorBidi"/>
          <w:sz w:val="24"/>
          <w:szCs w:val="24"/>
        </w:rPr>
        <w:t>menerangkan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bawa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tercantum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dibawah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7A3">
        <w:rPr>
          <w:rFonts w:asciiTheme="majorBidi" w:hAnsiTheme="majorBidi" w:cstheme="majorBidi"/>
          <w:sz w:val="24"/>
          <w:szCs w:val="24"/>
        </w:rPr>
        <w:t>P</w:t>
      </w:r>
      <w:r w:rsidRPr="005347A3">
        <w:rPr>
          <w:rFonts w:asciiTheme="majorBidi" w:hAnsiTheme="majorBidi" w:cstheme="majorBidi"/>
          <w:sz w:val="24"/>
          <w:szCs w:val="24"/>
        </w:rPr>
        <w:t>eserta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7A3">
        <w:rPr>
          <w:rFonts w:asciiTheme="majorBidi" w:hAnsiTheme="majorBidi" w:cstheme="majorBidi"/>
          <w:sz w:val="24"/>
          <w:szCs w:val="24"/>
        </w:rPr>
        <w:t>D</w:t>
      </w:r>
      <w:r w:rsidRPr="005347A3">
        <w:rPr>
          <w:rFonts w:asciiTheme="majorBidi" w:hAnsiTheme="majorBidi" w:cstheme="majorBidi"/>
          <w:sz w:val="24"/>
          <w:szCs w:val="24"/>
        </w:rPr>
        <w:t>idik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7A3">
        <w:rPr>
          <w:rFonts w:asciiTheme="majorBidi" w:hAnsiTheme="majorBidi" w:cstheme="majorBidi"/>
          <w:sz w:val="24"/>
          <w:szCs w:val="24"/>
        </w:rPr>
        <w:t>A</w:t>
      </w:r>
      <w:r w:rsidRPr="005347A3">
        <w:rPr>
          <w:rFonts w:asciiTheme="majorBidi" w:hAnsiTheme="majorBidi" w:cstheme="majorBidi"/>
          <w:sz w:val="24"/>
          <w:szCs w:val="24"/>
        </w:rPr>
        <w:t>ktif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7A3">
        <w:rPr>
          <w:rFonts w:asciiTheme="majorBidi" w:hAnsiTheme="majorBidi" w:cstheme="majorBidi"/>
          <w:sz w:val="24"/>
          <w:szCs w:val="24"/>
        </w:rPr>
        <w:t>T</w:t>
      </w:r>
      <w:r w:rsidRPr="005347A3">
        <w:rPr>
          <w:rFonts w:asciiTheme="majorBidi" w:hAnsiTheme="majorBidi" w:cstheme="majorBidi"/>
          <w:sz w:val="24"/>
          <w:szCs w:val="24"/>
        </w:rPr>
        <w:t>ahun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r w:rsidR="005347A3">
        <w:rPr>
          <w:rFonts w:asciiTheme="majorBidi" w:hAnsiTheme="majorBidi" w:cstheme="majorBidi"/>
          <w:sz w:val="24"/>
          <w:szCs w:val="24"/>
        </w:rPr>
        <w:t>P</w:t>
      </w:r>
      <w:r w:rsidRPr="005347A3">
        <w:rPr>
          <w:rFonts w:asciiTheme="majorBidi" w:hAnsiTheme="majorBidi" w:cstheme="majorBidi"/>
          <w:sz w:val="24"/>
          <w:szCs w:val="24"/>
        </w:rPr>
        <w:t>elajaran 202</w:t>
      </w:r>
      <w:r w:rsidR="00F07E12">
        <w:rPr>
          <w:rFonts w:asciiTheme="majorBidi" w:hAnsiTheme="majorBidi" w:cstheme="majorBidi"/>
          <w:sz w:val="24"/>
          <w:szCs w:val="24"/>
        </w:rPr>
        <w:t>6</w:t>
      </w:r>
      <w:r w:rsidRPr="005347A3">
        <w:rPr>
          <w:rFonts w:asciiTheme="majorBidi" w:hAnsiTheme="majorBidi" w:cstheme="majorBidi"/>
          <w:sz w:val="24"/>
          <w:szCs w:val="24"/>
        </w:rPr>
        <w:t>/202</w:t>
      </w:r>
      <w:r w:rsidR="00F07E12">
        <w:rPr>
          <w:rFonts w:asciiTheme="majorBidi" w:hAnsiTheme="majorBidi" w:cstheme="majorBidi"/>
          <w:sz w:val="24"/>
          <w:szCs w:val="24"/>
        </w:rPr>
        <w:t>7</w:t>
      </w:r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peringkat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7A3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="005347A3">
        <w:rPr>
          <w:rFonts w:asciiTheme="majorBidi" w:hAnsiTheme="majorBidi" w:cstheme="majorBidi"/>
          <w:sz w:val="24"/>
          <w:szCs w:val="24"/>
        </w:rPr>
        <w:t xml:space="preserve"> </w:t>
      </w:r>
      <w:r w:rsidR="00BB2585" w:rsidRPr="005347A3">
        <w:rPr>
          <w:rFonts w:asciiTheme="majorBidi" w:hAnsiTheme="majorBidi" w:cstheme="majorBidi"/>
          <w:sz w:val="24"/>
          <w:szCs w:val="24"/>
        </w:rPr>
        <w:t xml:space="preserve">3 </w:t>
      </w:r>
      <w:proofErr w:type="spellStart"/>
      <w:r w:rsidR="00BB2585" w:rsidRPr="005347A3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BB2585" w:rsidRPr="005347A3">
        <w:rPr>
          <w:rFonts w:asciiTheme="majorBidi" w:hAnsiTheme="majorBidi" w:cstheme="majorBidi"/>
          <w:sz w:val="24"/>
          <w:szCs w:val="24"/>
        </w:rPr>
        <w:t xml:space="preserve"> </w:t>
      </w:r>
      <w:r w:rsidR="005347A3">
        <w:rPr>
          <w:rFonts w:asciiTheme="majorBidi" w:hAnsiTheme="majorBidi" w:cstheme="majorBidi"/>
          <w:sz w:val="24"/>
          <w:szCs w:val="24"/>
        </w:rPr>
        <w:t>p</w:t>
      </w:r>
      <w:r w:rsidRPr="005347A3">
        <w:rPr>
          <w:rFonts w:asciiTheme="majorBidi" w:hAnsiTheme="majorBidi" w:cstheme="majorBidi"/>
          <w:sz w:val="24"/>
          <w:szCs w:val="24"/>
        </w:rPr>
        <w:t xml:space="preserve">ada semester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genap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5</w:t>
      </w:r>
      <w:r w:rsidR="00BB2585" w:rsidRPr="005347A3">
        <w:rPr>
          <w:rFonts w:asciiTheme="majorBidi" w:hAnsiTheme="majorBidi" w:cstheme="majorBidi"/>
          <w:sz w:val="24"/>
          <w:szCs w:val="24"/>
        </w:rPr>
        <w:t>/Kelas 8</w:t>
      </w:r>
      <w:r w:rsidR="005347A3">
        <w:rPr>
          <w:rFonts w:asciiTheme="majorBidi" w:hAnsiTheme="majorBidi" w:cstheme="majorBidi"/>
          <w:sz w:val="24"/>
          <w:szCs w:val="24"/>
        </w:rPr>
        <w:t xml:space="preserve"> *), </w:t>
      </w:r>
      <w:proofErr w:type="spellStart"/>
      <w:r w:rsidR="005347A3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7A3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="005347A3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TableGrid"/>
        <w:tblW w:w="8676" w:type="dxa"/>
        <w:jc w:val="center"/>
        <w:tblLook w:val="04A0" w:firstRow="1" w:lastRow="0" w:firstColumn="1" w:lastColumn="0" w:noHBand="0" w:noVBand="1"/>
      </w:tblPr>
      <w:tblGrid>
        <w:gridCol w:w="596"/>
        <w:gridCol w:w="3039"/>
        <w:gridCol w:w="1209"/>
        <w:gridCol w:w="1476"/>
        <w:gridCol w:w="2356"/>
      </w:tblGrid>
      <w:tr w:rsidR="005347A3" w:rsidRPr="005347A3" w14:paraId="188CCC88" w14:textId="77777777" w:rsidTr="00A270A8">
        <w:trPr>
          <w:trHeight w:val="729"/>
          <w:jc w:val="center"/>
        </w:trPr>
        <w:tc>
          <w:tcPr>
            <w:tcW w:w="596" w:type="dxa"/>
            <w:vAlign w:val="center"/>
          </w:tcPr>
          <w:p w14:paraId="45C4F953" w14:textId="77777777" w:rsidR="00836064" w:rsidRPr="005347A3" w:rsidRDefault="00836064" w:rsidP="0083606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039" w:type="dxa"/>
            <w:vAlign w:val="center"/>
          </w:tcPr>
          <w:p w14:paraId="309DD22D" w14:textId="77777777" w:rsidR="00836064" w:rsidRPr="005347A3" w:rsidRDefault="00836064" w:rsidP="0083606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Peserta</w:t>
            </w:r>
            <w:proofErr w:type="spellEnd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Didik</w:t>
            </w:r>
            <w:proofErr w:type="spellEnd"/>
          </w:p>
        </w:tc>
        <w:tc>
          <w:tcPr>
            <w:tcW w:w="1209" w:type="dxa"/>
            <w:vAlign w:val="center"/>
          </w:tcPr>
          <w:p w14:paraId="3194C6D7" w14:textId="77777777" w:rsidR="00836064" w:rsidRPr="005347A3" w:rsidRDefault="00836064" w:rsidP="0083606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NISN</w:t>
            </w:r>
          </w:p>
        </w:tc>
        <w:tc>
          <w:tcPr>
            <w:tcW w:w="1476" w:type="dxa"/>
            <w:vAlign w:val="center"/>
          </w:tcPr>
          <w:p w14:paraId="339CEC50" w14:textId="77777777" w:rsidR="00836064" w:rsidRPr="005347A3" w:rsidRDefault="00976923" w:rsidP="009769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Peringkat</w:t>
            </w:r>
            <w:proofErr w:type="spellEnd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Kelas</w:t>
            </w:r>
          </w:p>
        </w:tc>
        <w:tc>
          <w:tcPr>
            <w:tcW w:w="2356" w:type="dxa"/>
            <w:vAlign w:val="center"/>
          </w:tcPr>
          <w:p w14:paraId="26229A79" w14:textId="77777777" w:rsidR="00836064" w:rsidRPr="005347A3" w:rsidRDefault="00836064" w:rsidP="009769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Nilai Rata-rata </w:t>
            </w:r>
            <w:proofErr w:type="spellStart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Pengetahuan</w:t>
            </w:r>
            <w:proofErr w:type="spellEnd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Rapo</w:t>
            </w:r>
            <w:r w:rsid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rS</w:t>
            </w:r>
            <w:r w:rsidR="00976923"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emester</w:t>
            </w:r>
            <w:proofErr w:type="spellEnd"/>
            <w:r w:rsidR="00976923"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  <w:r w:rsidR="00976923" w:rsidRPr="005347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enap</w:t>
            </w:r>
            <w:proofErr w:type="spellEnd"/>
          </w:p>
        </w:tc>
      </w:tr>
      <w:tr w:rsidR="005347A3" w:rsidRPr="005347A3" w14:paraId="39170CCB" w14:textId="77777777" w:rsidTr="00A270A8">
        <w:trPr>
          <w:trHeight w:val="230"/>
          <w:jc w:val="center"/>
        </w:trPr>
        <w:tc>
          <w:tcPr>
            <w:tcW w:w="596" w:type="dxa"/>
          </w:tcPr>
          <w:p w14:paraId="6C8F3633" w14:textId="77777777" w:rsidR="00976923" w:rsidRPr="005347A3" w:rsidRDefault="00976923" w:rsidP="005347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14:paraId="4D1F3697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17E26A2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1F9CDE49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6" w:type="dxa"/>
          </w:tcPr>
          <w:p w14:paraId="60084A4B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47A3" w:rsidRPr="005347A3" w14:paraId="4C32A404" w14:textId="77777777" w:rsidTr="00A270A8">
        <w:trPr>
          <w:trHeight w:val="249"/>
          <w:jc w:val="center"/>
        </w:trPr>
        <w:tc>
          <w:tcPr>
            <w:tcW w:w="596" w:type="dxa"/>
          </w:tcPr>
          <w:p w14:paraId="445290A7" w14:textId="77777777" w:rsidR="00976923" w:rsidRPr="005347A3" w:rsidRDefault="00976923" w:rsidP="005347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039" w:type="dxa"/>
          </w:tcPr>
          <w:p w14:paraId="2E842665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EC1AE5C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74AC5B5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6" w:type="dxa"/>
          </w:tcPr>
          <w:p w14:paraId="5A8F72C4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47A3" w:rsidRPr="005347A3" w14:paraId="7D77FE91" w14:textId="77777777" w:rsidTr="00A270A8">
        <w:trPr>
          <w:trHeight w:val="230"/>
          <w:jc w:val="center"/>
        </w:trPr>
        <w:tc>
          <w:tcPr>
            <w:tcW w:w="596" w:type="dxa"/>
          </w:tcPr>
          <w:p w14:paraId="4DCB0CFC" w14:textId="77777777" w:rsidR="00976923" w:rsidRPr="005347A3" w:rsidRDefault="00976923" w:rsidP="005347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039" w:type="dxa"/>
          </w:tcPr>
          <w:p w14:paraId="01BE1018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737C1573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A4FC779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6" w:type="dxa"/>
          </w:tcPr>
          <w:p w14:paraId="61A4770C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47A3" w:rsidRPr="005347A3" w14:paraId="7F5A7174" w14:textId="77777777" w:rsidTr="00A270A8">
        <w:trPr>
          <w:trHeight w:val="230"/>
          <w:jc w:val="center"/>
        </w:trPr>
        <w:tc>
          <w:tcPr>
            <w:tcW w:w="596" w:type="dxa"/>
          </w:tcPr>
          <w:p w14:paraId="7F6E0080" w14:textId="77777777" w:rsidR="00976923" w:rsidRPr="005347A3" w:rsidRDefault="00976923" w:rsidP="005347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039" w:type="dxa"/>
          </w:tcPr>
          <w:p w14:paraId="3A162A35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7F5E08E5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55882AA2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6" w:type="dxa"/>
          </w:tcPr>
          <w:p w14:paraId="63D862FD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47A3" w:rsidRPr="005347A3" w14:paraId="35846FFD" w14:textId="77777777" w:rsidTr="00A270A8">
        <w:trPr>
          <w:trHeight w:val="249"/>
          <w:jc w:val="center"/>
        </w:trPr>
        <w:tc>
          <w:tcPr>
            <w:tcW w:w="596" w:type="dxa"/>
          </w:tcPr>
          <w:p w14:paraId="4BBF5E69" w14:textId="77777777" w:rsidR="00976923" w:rsidRPr="005347A3" w:rsidRDefault="00976923" w:rsidP="005347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47A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039" w:type="dxa"/>
          </w:tcPr>
          <w:p w14:paraId="0795B1F2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4D8558D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A56C462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DB8CC59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47A3" w:rsidRPr="005347A3" w14:paraId="1FA34548" w14:textId="77777777" w:rsidTr="00A270A8">
        <w:trPr>
          <w:trHeight w:val="230"/>
          <w:jc w:val="center"/>
        </w:trPr>
        <w:tc>
          <w:tcPr>
            <w:tcW w:w="596" w:type="dxa"/>
          </w:tcPr>
          <w:p w14:paraId="34C907EA" w14:textId="77777777" w:rsidR="00976923" w:rsidRPr="005347A3" w:rsidRDefault="00A270A8" w:rsidP="005347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3039" w:type="dxa"/>
          </w:tcPr>
          <w:p w14:paraId="1F416F08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C4D4346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B1AA534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6" w:type="dxa"/>
          </w:tcPr>
          <w:p w14:paraId="38408E63" w14:textId="77777777" w:rsidR="00976923" w:rsidRPr="005347A3" w:rsidRDefault="00976923" w:rsidP="0097692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5A5A269" w14:textId="6CDE2F9A" w:rsidR="00932D69" w:rsidRPr="005347A3" w:rsidRDefault="005A495F" w:rsidP="005347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347A3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surat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keterangan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dibuat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sebenar-benarnya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persyaratan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7A3" w:rsidRPr="005347A3">
        <w:rPr>
          <w:rFonts w:asciiTheme="majorBidi" w:hAnsiTheme="majorBidi" w:cstheme="majorBidi"/>
          <w:b/>
          <w:bCs/>
          <w:sz w:val="24"/>
          <w:szCs w:val="24"/>
        </w:rPr>
        <w:t>Seleksi</w:t>
      </w:r>
      <w:proofErr w:type="spellEnd"/>
      <w:r w:rsidR="005347A3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Penerimaan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Santri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Baru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Pondok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Pesantren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Husnul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Khotimah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Tahun</w:t>
      </w:r>
      <w:proofErr w:type="spellEnd"/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 xml:space="preserve"> Pelajaran 202</w:t>
      </w:r>
      <w:r w:rsidR="00F07E12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6045E2" w:rsidRPr="005347A3">
        <w:rPr>
          <w:rFonts w:asciiTheme="majorBidi" w:hAnsiTheme="majorBidi" w:cstheme="majorBidi"/>
          <w:b/>
          <w:bCs/>
          <w:sz w:val="24"/>
          <w:szCs w:val="24"/>
        </w:rPr>
        <w:t>/202</w:t>
      </w:r>
      <w:r w:rsidR="00F07E12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5347A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="006045E2" w:rsidRPr="005347A3">
        <w:rPr>
          <w:rFonts w:asciiTheme="majorBidi" w:hAnsiTheme="majorBidi" w:cstheme="majorBidi"/>
          <w:sz w:val="24"/>
          <w:szCs w:val="24"/>
        </w:rPr>
        <w:t>Jalur</w:t>
      </w:r>
      <w:proofErr w:type="spellEnd"/>
      <w:r w:rsidR="006045E2"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sz w:val="24"/>
          <w:szCs w:val="24"/>
        </w:rPr>
        <w:t>Prestasi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>.</w:t>
      </w:r>
    </w:p>
    <w:p w14:paraId="4E548C61" w14:textId="77777777" w:rsidR="00932D69" w:rsidRPr="005347A3" w:rsidRDefault="005A495F" w:rsidP="005347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347A3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ditemukan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data di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bersedia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pembatalan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kelulusan</w:t>
      </w:r>
      <w:proofErr w:type="spellEnd"/>
      <w:r w:rsidRPr="005347A3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paniti</w:t>
      </w:r>
      <w:r w:rsidR="005347A3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="005347A3">
        <w:rPr>
          <w:rFonts w:asciiTheme="majorBidi" w:hAnsiTheme="majorBidi" w:cstheme="majorBidi"/>
          <w:sz w:val="24"/>
          <w:szCs w:val="24"/>
        </w:rPr>
        <w:t>.</w:t>
      </w:r>
    </w:p>
    <w:p w14:paraId="1C9A5735" w14:textId="77777777" w:rsidR="005347A3" w:rsidRDefault="005347A3" w:rsidP="005347A3">
      <w:pPr>
        <w:ind w:left="5529"/>
        <w:rPr>
          <w:rFonts w:asciiTheme="majorBidi" w:hAnsiTheme="majorBidi" w:cstheme="majorBidi"/>
          <w:sz w:val="24"/>
          <w:szCs w:val="24"/>
        </w:rPr>
      </w:pPr>
    </w:p>
    <w:p w14:paraId="68104A4B" w14:textId="666E2CFF" w:rsidR="00976923" w:rsidRPr="005347A3" w:rsidRDefault="005A495F" w:rsidP="005347A3">
      <w:pPr>
        <w:ind w:left="5529"/>
        <w:rPr>
          <w:rFonts w:asciiTheme="majorBidi" w:hAnsiTheme="majorBidi" w:cstheme="majorBidi"/>
          <w:sz w:val="24"/>
          <w:szCs w:val="24"/>
        </w:rPr>
      </w:pPr>
      <w:r w:rsidRPr="005347A3">
        <w:rPr>
          <w:rFonts w:asciiTheme="majorBidi" w:hAnsiTheme="majorBidi" w:cstheme="majorBidi"/>
          <w:sz w:val="24"/>
          <w:szCs w:val="24"/>
        </w:rPr>
        <w:br/>
      </w:r>
      <w:r w:rsidR="00400515">
        <w:rPr>
          <w:rFonts w:asciiTheme="majorBidi" w:hAnsiTheme="majorBidi" w:cstheme="majorBidi"/>
          <w:sz w:val="24"/>
          <w:szCs w:val="24"/>
        </w:rPr>
        <w:t>…………</w:t>
      </w:r>
      <w:r w:rsidRPr="005347A3">
        <w:rPr>
          <w:rFonts w:asciiTheme="majorBidi" w:hAnsiTheme="majorBidi" w:cstheme="majorBidi"/>
          <w:sz w:val="24"/>
          <w:szCs w:val="24"/>
        </w:rPr>
        <w:t xml:space="preserve">, </w:t>
      </w:r>
      <w:r w:rsidR="005347A3">
        <w:rPr>
          <w:rFonts w:asciiTheme="majorBidi" w:hAnsiTheme="majorBidi" w:cstheme="majorBidi"/>
          <w:sz w:val="24"/>
          <w:szCs w:val="24"/>
        </w:rPr>
        <w:t>………………</w:t>
      </w:r>
      <w:r w:rsidRPr="005347A3">
        <w:rPr>
          <w:rFonts w:asciiTheme="majorBidi" w:hAnsiTheme="majorBidi" w:cstheme="majorBidi"/>
          <w:sz w:val="24"/>
          <w:szCs w:val="24"/>
        </w:rPr>
        <w:t>202</w:t>
      </w:r>
      <w:r w:rsidR="00F07E12">
        <w:rPr>
          <w:rFonts w:asciiTheme="majorBidi" w:hAnsiTheme="majorBidi" w:cstheme="majorBidi"/>
          <w:sz w:val="24"/>
          <w:szCs w:val="24"/>
        </w:rPr>
        <w:t>6</w:t>
      </w:r>
      <w:bookmarkStart w:id="1" w:name="_GoBack"/>
      <w:bookmarkEnd w:id="1"/>
      <w:r w:rsidRPr="005347A3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5347A3">
        <w:rPr>
          <w:rFonts w:asciiTheme="majorBidi" w:hAnsiTheme="majorBidi" w:cstheme="majorBidi"/>
          <w:sz w:val="24"/>
          <w:szCs w:val="24"/>
        </w:rPr>
        <w:t>Kepala</w:t>
      </w:r>
      <w:proofErr w:type="spellEnd"/>
      <w:r w:rsidR="006045E2" w:rsidRPr="005347A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045E2" w:rsidRPr="005347A3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="006045E2" w:rsidRPr="005347A3">
        <w:rPr>
          <w:rFonts w:asciiTheme="majorBidi" w:hAnsiTheme="majorBidi" w:cstheme="majorBidi"/>
          <w:sz w:val="24"/>
          <w:szCs w:val="24"/>
        </w:rPr>
        <w:t>/</w:t>
      </w:r>
      <w:r w:rsidRPr="005347A3">
        <w:rPr>
          <w:rFonts w:asciiTheme="majorBidi" w:hAnsiTheme="majorBidi" w:cstheme="majorBidi"/>
          <w:sz w:val="24"/>
          <w:szCs w:val="24"/>
        </w:rPr>
        <w:t xml:space="preserve"> Madrasah,</w:t>
      </w:r>
      <w:r w:rsidRPr="005347A3">
        <w:rPr>
          <w:rFonts w:asciiTheme="majorBidi" w:hAnsiTheme="majorBidi" w:cstheme="majorBidi"/>
          <w:sz w:val="24"/>
          <w:szCs w:val="24"/>
        </w:rPr>
        <w:br/>
      </w:r>
    </w:p>
    <w:p w14:paraId="53FF085F" w14:textId="77777777" w:rsidR="00932D69" w:rsidRPr="005347A3" w:rsidRDefault="005A495F" w:rsidP="005347A3">
      <w:pPr>
        <w:ind w:left="5529"/>
        <w:rPr>
          <w:rFonts w:asciiTheme="majorBidi" w:hAnsiTheme="majorBidi" w:cstheme="majorBidi"/>
          <w:sz w:val="24"/>
          <w:szCs w:val="24"/>
        </w:rPr>
      </w:pPr>
      <w:r w:rsidRPr="005347A3">
        <w:rPr>
          <w:rFonts w:asciiTheme="majorBidi" w:hAnsiTheme="majorBidi" w:cstheme="majorBidi"/>
          <w:sz w:val="24"/>
          <w:szCs w:val="24"/>
        </w:rPr>
        <w:br/>
      </w:r>
      <w:r w:rsidRPr="005347A3">
        <w:rPr>
          <w:rFonts w:asciiTheme="majorBidi" w:hAnsiTheme="majorBidi" w:cstheme="majorBidi"/>
          <w:sz w:val="24"/>
          <w:szCs w:val="24"/>
        </w:rPr>
        <w:br/>
        <w:t>(..............................................)</w:t>
      </w:r>
      <w:r w:rsidRPr="005347A3">
        <w:rPr>
          <w:rFonts w:asciiTheme="majorBidi" w:hAnsiTheme="majorBidi" w:cstheme="majorBidi"/>
          <w:sz w:val="24"/>
          <w:szCs w:val="24"/>
        </w:rPr>
        <w:br/>
        <w:t>NIP. ..............</w:t>
      </w:r>
      <w:r w:rsidR="005347A3">
        <w:rPr>
          <w:rFonts w:asciiTheme="majorBidi" w:hAnsiTheme="majorBidi" w:cstheme="majorBidi"/>
          <w:sz w:val="24"/>
          <w:szCs w:val="24"/>
        </w:rPr>
        <w:t>.........................</w:t>
      </w:r>
    </w:p>
    <w:sectPr w:rsidR="00932D69" w:rsidRPr="005347A3" w:rsidSect="005347A3">
      <w:headerReference w:type="default" r:id="rId8"/>
      <w:pgSz w:w="12189" w:h="18709" w:code="10000"/>
      <w:pgMar w:top="198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853FA" w14:textId="77777777" w:rsidR="005154C0" w:rsidRDefault="005154C0" w:rsidP="003C0D82">
      <w:pPr>
        <w:spacing w:after="0" w:line="240" w:lineRule="auto"/>
      </w:pPr>
      <w:r>
        <w:separator/>
      </w:r>
    </w:p>
  </w:endnote>
  <w:endnote w:type="continuationSeparator" w:id="0">
    <w:p w14:paraId="74BE4844" w14:textId="77777777" w:rsidR="005154C0" w:rsidRDefault="005154C0" w:rsidP="003C0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05D9C" w14:textId="77777777" w:rsidR="005154C0" w:rsidRDefault="005154C0" w:rsidP="003C0D82">
      <w:pPr>
        <w:spacing w:after="0" w:line="240" w:lineRule="auto"/>
      </w:pPr>
      <w:r>
        <w:separator/>
      </w:r>
    </w:p>
  </w:footnote>
  <w:footnote w:type="continuationSeparator" w:id="0">
    <w:p w14:paraId="690D66DB" w14:textId="77777777" w:rsidR="005154C0" w:rsidRDefault="005154C0" w:rsidP="003C0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0B58F" w14:textId="77777777" w:rsidR="005347A3" w:rsidRDefault="005347A3" w:rsidP="00836064">
    <w:pPr>
      <w:jc w:val="center"/>
    </w:pPr>
  </w:p>
  <w:p w14:paraId="7DB1F108" w14:textId="77777777" w:rsidR="003C0D82" w:rsidRPr="005347A3" w:rsidRDefault="003C0D82" w:rsidP="00836064">
    <w:pPr>
      <w:jc w:val="center"/>
      <w:rPr>
        <w:rFonts w:asciiTheme="majorBidi" w:hAnsiTheme="majorBidi" w:cstheme="majorBidi"/>
        <w:b/>
        <w:bCs/>
        <w:sz w:val="32"/>
        <w:szCs w:val="32"/>
      </w:rPr>
    </w:pPr>
    <w:r w:rsidRPr="005347A3">
      <w:rPr>
        <w:rFonts w:asciiTheme="majorBidi" w:hAnsiTheme="majorBidi" w:cstheme="majorBidi"/>
        <w:b/>
        <w:bCs/>
        <w:sz w:val="32"/>
        <w:szCs w:val="32"/>
      </w:rPr>
      <w:t>KOP S</w:t>
    </w:r>
    <w:r w:rsidR="00836064" w:rsidRPr="005347A3">
      <w:rPr>
        <w:rFonts w:asciiTheme="majorBidi" w:hAnsiTheme="majorBidi" w:cstheme="majorBidi"/>
        <w:b/>
        <w:bCs/>
        <w:sz w:val="32"/>
        <w:szCs w:val="32"/>
      </w:rPr>
      <w:t>EKOLAH</w:t>
    </w:r>
    <w:r w:rsidR="005347A3" w:rsidRPr="005347A3">
      <w:rPr>
        <w:rFonts w:asciiTheme="majorBidi" w:hAnsiTheme="majorBidi" w:cstheme="majorBidi"/>
        <w:b/>
        <w:bCs/>
        <w:sz w:val="32"/>
        <w:szCs w:val="32"/>
      </w:rPr>
      <w:t>/ MADRASAH</w:t>
    </w:r>
  </w:p>
  <w:p w14:paraId="2E78C80D" w14:textId="77777777" w:rsidR="003C0D82" w:rsidRDefault="003C0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421B"/>
    <w:rsid w:val="0029639D"/>
    <w:rsid w:val="00326F90"/>
    <w:rsid w:val="003C0D82"/>
    <w:rsid w:val="00400515"/>
    <w:rsid w:val="004C56AC"/>
    <w:rsid w:val="005154C0"/>
    <w:rsid w:val="005347A3"/>
    <w:rsid w:val="005A495F"/>
    <w:rsid w:val="006045E2"/>
    <w:rsid w:val="00647F35"/>
    <w:rsid w:val="00767BE2"/>
    <w:rsid w:val="00836064"/>
    <w:rsid w:val="00932D69"/>
    <w:rsid w:val="009375F4"/>
    <w:rsid w:val="00976923"/>
    <w:rsid w:val="00A270A8"/>
    <w:rsid w:val="00AA1D8D"/>
    <w:rsid w:val="00B257E2"/>
    <w:rsid w:val="00B47730"/>
    <w:rsid w:val="00B9377A"/>
    <w:rsid w:val="00BB2585"/>
    <w:rsid w:val="00C707C6"/>
    <w:rsid w:val="00CB0664"/>
    <w:rsid w:val="00D72957"/>
    <w:rsid w:val="00DC1CE5"/>
    <w:rsid w:val="00DE5B53"/>
    <w:rsid w:val="00E565C5"/>
    <w:rsid w:val="00F07E12"/>
    <w:rsid w:val="00FC693F"/>
    <w:rsid w:val="00FF3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9E6E1"/>
  <w15:docId w15:val="{61D61790-A61F-4DF8-BEA4-C35A39D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1B6B6F-5546-425D-A3BD-77B78572F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2</cp:revision>
  <dcterms:created xsi:type="dcterms:W3CDTF">2026-08-13T03:41:00Z</dcterms:created>
  <dcterms:modified xsi:type="dcterms:W3CDTF">2026-08-13T03:41:00Z</dcterms:modified>
</cp:coreProperties>
</file>